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5820B3" w14:paraId="141C01D0" w14:textId="77777777">
        <w:trPr>
          <w:jc w:val="center"/>
        </w:trPr>
        <w:tc>
          <w:tcPr>
            <w:tcW w:w="10773" w:type="dxa"/>
            <w:shd w:val="clear" w:color="auto" w:fill="FFFFFF"/>
          </w:tcPr>
          <w:p w14:paraId="3E95CE66" w14:textId="77777777" w:rsidR="005820B3" w:rsidRDefault="00000000">
            <w:pPr>
              <w:pBdr>
                <w:bottom w:val="single" w:sz="6" w:space="2" w:color="A0A0A0"/>
              </w:pBdr>
              <w:spacing w:after="0"/>
              <w:jc w:val="center"/>
            </w:pPr>
            <w:r>
              <w:rPr>
                <w:b/>
                <w:color w:val="232323"/>
                <w:sz w:val="40"/>
              </w:rPr>
              <w:t>FAJNÉ FUSKI</w:t>
            </w:r>
          </w:p>
        </w:tc>
      </w:tr>
      <w:tr w:rsidR="005820B3" w14:paraId="352242AA" w14:textId="77777777">
        <w:trPr>
          <w:jc w:val="center"/>
        </w:trPr>
        <w:tc>
          <w:tcPr>
            <w:tcW w:w="10773" w:type="dxa"/>
            <w:shd w:val="clear" w:color="auto" w:fill="FFFFFF"/>
          </w:tcPr>
          <w:p w14:paraId="117E4B7A" w14:textId="77777777" w:rsidR="005820B3" w:rsidRDefault="00000000">
            <w:pPr>
              <w:jc w:val="center"/>
            </w:pPr>
            <w:r>
              <w:rPr>
                <w:color w:val="666666"/>
                <w:sz w:val="16"/>
              </w:rPr>
              <w:t>internetový obchod</w:t>
            </w:r>
          </w:p>
        </w:tc>
      </w:tr>
      <w:tr w:rsidR="005820B3" w14:paraId="6832C190" w14:textId="77777777">
        <w:trPr>
          <w:jc w:val="center"/>
        </w:trPr>
        <w:tc>
          <w:tcPr>
            <w:tcW w:w="10773" w:type="dxa"/>
            <w:shd w:val="clear" w:color="auto" w:fill="FFFFFF"/>
          </w:tcPr>
          <w:p w14:paraId="7E644833" w14:textId="77777777" w:rsidR="005820B3" w:rsidRDefault="00000000">
            <w:pPr>
              <w:pBdr>
                <w:bottom w:val="single" w:sz="6" w:space="2" w:color="A0A0A0"/>
              </w:pBdr>
              <w:jc w:val="center"/>
            </w:pPr>
            <w:r>
              <w:rPr>
                <w:b/>
                <w:color w:val="555555"/>
                <w:sz w:val="16"/>
              </w:rPr>
              <w:t>VAJANA plus s.r.o.  •  Nádražní 1110/44  •  702 00 Moravská Ostrava</w:t>
            </w:r>
          </w:p>
        </w:tc>
      </w:tr>
    </w:tbl>
    <w:p w14:paraId="7E38A705" w14:textId="77777777" w:rsidR="005820B3" w:rsidRDefault="00000000">
      <w:pPr>
        <w:spacing w:before="40" w:after="80"/>
        <w:jc w:val="center"/>
      </w:pPr>
      <w:r>
        <w:rPr>
          <w:b/>
          <w:color w:val="232323"/>
          <w:sz w:val="24"/>
        </w:rPr>
        <w:t>FORMULÁŘ PRO ODSTOUPENÍ OD KUPNÍ SMLOUVY</w:t>
      </w:r>
    </w:p>
    <w:tbl>
      <w:tblPr>
        <w:tblW w:w="0" w:type="auto"/>
        <w:jc w:val="center"/>
        <w:tblBorders>
          <w:top w:val="single" w:sz="5" w:space="0" w:color="D0D0D0"/>
          <w:left w:val="single" w:sz="5" w:space="0" w:color="D0D0D0"/>
          <w:bottom w:val="single" w:sz="5" w:space="0" w:color="D0D0D0"/>
          <w:right w:val="single" w:sz="5" w:space="0" w:color="D0D0D0"/>
          <w:insideH w:val="single" w:sz="5" w:space="0" w:color="D0D0D0"/>
          <w:insideV w:val="single" w:sz="5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5820B3" w14:paraId="026078FA" w14:textId="77777777">
        <w:trPr>
          <w:jc w:val="center"/>
        </w:trPr>
        <w:tc>
          <w:tcPr>
            <w:tcW w:w="10773" w:type="dxa"/>
            <w:shd w:val="clear" w:color="auto" w:fill="F6F6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6C78BB" w14:textId="77777777" w:rsidR="005820B3" w:rsidRDefault="00000000">
            <w:pPr>
              <w:spacing w:after="0"/>
            </w:pPr>
            <w:r>
              <w:rPr>
                <w:color w:val="303030"/>
                <w:sz w:val="16"/>
              </w:rPr>
              <w:t>Vyplňte základní údaje a formulář přiložte k vracenému zboží. Případně jej můžete zaslat na info@fajnefuski.cz. Formulář není povinný.</w:t>
            </w:r>
          </w:p>
        </w:tc>
      </w:tr>
    </w:tbl>
    <w:p w14:paraId="4A0DB688" w14:textId="77777777" w:rsidR="005820B3" w:rsidRDefault="00000000">
      <w:pPr>
        <w:spacing w:before="80" w:after="40"/>
      </w:pPr>
      <w:r>
        <w:rPr>
          <w:b/>
          <w:color w:val="232323"/>
          <w:sz w:val="19"/>
        </w:rPr>
        <w:t>1  ÚDAJE ZÁKAZNÍKA</w:t>
      </w:r>
    </w:p>
    <w:tbl>
      <w:tblPr>
        <w:tblW w:w="0" w:type="auto"/>
        <w:jc w:val="center"/>
        <w:tblBorders>
          <w:top w:val="single" w:sz="7" w:space="0" w:color="B0B0B0"/>
          <w:left w:val="single" w:sz="7" w:space="0" w:color="B0B0B0"/>
          <w:bottom w:val="single" w:sz="7" w:space="0" w:color="B0B0B0"/>
          <w:right w:val="single" w:sz="7" w:space="0" w:color="B0B0B0"/>
          <w:insideH w:val="single" w:sz="7" w:space="0" w:color="B0B0B0"/>
          <w:insideV w:val="single" w:sz="7" w:space="0" w:color="B0B0B0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3742"/>
        <w:gridCol w:w="1587"/>
        <w:gridCol w:w="3515"/>
      </w:tblGrid>
      <w:tr w:rsidR="005820B3" w14:paraId="70438B0A" w14:textId="77777777">
        <w:trPr>
          <w:jc w:val="center"/>
        </w:trPr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206397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Číslo objednávky</w:t>
            </w:r>
          </w:p>
        </w:tc>
        <w:tc>
          <w:tcPr>
            <w:tcW w:w="374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995CB6" w14:textId="77777777" w:rsidR="005820B3" w:rsidRDefault="005820B3">
            <w:pPr>
              <w:spacing w:after="0"/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86AF8C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Datum objednávky</w:t>
            </w:r>
          </w:p>
        </w:tc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096A65" w14:textId="77777777" w:rsidR="005820B3" w:rsidRDefault="005820B3">
            <w:pPr>
              <w:spacing w:after="0"/>
            </w:pPr>
          </w:p>
        </w:tc>
      </w:tr>
      <w:tr w:rsidR="005820B3" w14:paraId="2335EE7E" w14:textId="77777777">
        <w:trPr>
          <w:jc w:val="center"/>
        </w:trPr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3A037A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Jméno a příjmení</w:t>
            </w:r>
          </w:p>
        </w:tc>
        <w:tc>
          <w:tcPr>
            <w:tcW w:w="374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A46178" w14:textId="77777777" w:rsidR="005820B3" w:rsidRDefault="005820B3">
            <w:pPr>
              <w:spacing w:after="0"/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3C25FE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E-mail</w:t>
            </w:r>
          </w:p>
        </w:tc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8A3C3F" w14:textId="77777777" w:rsidR="005820B3" w:rsidRDefault="005820B3">
            <w:pPr>
              <w:spacing w:after="0"/>
            </w:pPr>
          </w:p>
        </w:tc>
      </w:tr>
    </w:tbl>
    <w:p w14:paraId="670B14B0" w14:textId="77777777" w:rsidR="005820B3" w:rsidRDefault="00000000">
      <w:pPr>
        <w:spacing w:before="80" w:after="40"/>
      </w:pPr>
      <w:r>
        <w:rPr>
          <w:b/>
          <w:color w:val="232323"/>
          <w:sz w:val="19"/>
        </w:rPr>
        <w:t>2  CO VRACÍM</w:t>
      </w:r>
    </w:p>
    <w:tbl>
      <w:tblPr>
        <w:tblW w:w="0" w:type="auto"/>
        <w:jc w:val="center"/>
        <w:tblBorders>
          <w:top w:val="single" w:sz="5" w:space="0" w:color="D0D0D0"/>
          <w:left w:val="single" w:sz="5" w:space="0" w:color="D0D0D0"/>
          <w:bottom w:val="single" w:sz="5" w:space="0" w:color="D0D0D0"/>
          <w:right w:val="single" w:sz="5" w:space="0" w:color="D0D0D0"/>
          <w:insideH w:val="single" w:sz="5" w:space="0" w:color="D0D0D0"/>
          <w:insideV w:val="single" w:sz="5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2"/>
        <w:gridCol w:w="567"/>
        <w:gridCol w:w="4819"/>
      </w:tblGrid>
      <w:tr w:rsidR="005820B3" w14:paraId="66AD4D77" w14:textId="77777777">
        <w:trPr>
          <w:jc w:val="center"/>
        </w:trPr>
        <w:tc>
          <w:tcPr>
            <w:tcW w:w="56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2597A1" w14:textId="77777777" w:rsidR="005820B3" w:rsidRDefault="00000000">
            <w:pPr>
              <w:spacing w:after="0"/>
            </w:pPr>
            <w:r>
              <w:rPr>
                <w:color w:val="303030"/>
                <w:sz w:val="20"/>
              </w:rPr>
              <w:t>☐</w:t>
            </w:r>
          </w:p>
        </w:tc>
        <w:tc>
          <w:tcPr>
            <w:tcW w:w="425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36C059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Celou objednávku</w:t>
            </w:r>
          </w:p>
        </w:tc>
        <w:tc>
          <w:tcPr>
            <w:tcW w:w="56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7DED66" w14:textId="77777777" w:rsidR="005820B3" w:rsidRDefault="00000000">
            <w:pPr>
              <w:spacing w:after="0"/>
            </w:pPr>
            <w:r>
              <w:rPr>
                <w:color w:val="303030"/>
                <w:sz w:val="20"/>
              </w:rPr>
              <w:t>☐</w:t>
            </w:r>
          </w:p>
        </w:tc>
        <w:tc>
          <w:tcPr>
            <w:tcW w:w="4819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093E70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Pouze vybrané položky</w:t>
            </w:r>
          </w:p>
        </w:tc>
      </w:tr>
    </w:tbl>
    <w:p w14:paraId="2181B4F6" w14:textId="77777777" w:rsidR="005820B3" w:rsidRDefault="005820B3">
      <w:pPr>
        <w:spacing w:after="0"/>
      </w:pPr>
    </w:p>
    <w:tbl>
      <w:tblPr>
        <w:tblW w:w="0" w:type="auto"/>
        <w:jc w:val="center"/>
        <w:tblBorders>
          <w:top w:val="single" w:sz="5" w:space="0" w:color="BDBDBD"/>
          <w:left w:val="single" w:sz="5" w:space="0" w:color="BDBDBD"/>
          <w:bottom w:val="single" w:sz="5" w:space="0" w:color="BDBDBD"/>
          <w:right w:val="single" w:sz="5" w:space="0" w:color="BDBDBD"/>
          <w:insideH w:val="single" w:sz="5" w:space="0" w:color="BDBDBD"/>
          <w:insideV w:val="single" w:sz="5" w:space="0" w:color="BDBDBD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3685"/>
        <w:gridCol w:w="1644"/>
      </w:tblGrid>
      <w:tr w:rsidR="005820B3" w14:paraId="551E76DC" w14:textId="77777777">
        <w:trPr>
          <w:jc w:val="center"/>
        </w:trPr>
        <w:tc>
          <w:tcPr>
            <w:tcW w:w="5443" w:type="dxa"/>
            <w:shd w:val="clear" w:color="auto" w:fill="EFEFE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07F5F8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Název zboží</w:t>
            </w:r>
          </w:p>
        </w:tc>
        <w:tc>
          <w:tcPr>
            <w:tcW w:w="3685" w:type="dxa"/>
            <w:shd w:val="clear" w:color="auto" w:fill="EFEFE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73F234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Velikost / varianta</w:t>
            </w:r>
          </w:p>
        </w:tc>
        <w:tc>
          <w:tcPr>
            <w:tcW w:w="1644" w:type="dxa"/>
            <w:shd w:val="clear" w:color="auto" w:fill="EFEFE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1F76D3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Počet</w:t>
            </w:r>
          </w:p>
        </w:tc>
      </w:tr>
      <w:tr w:rsidR="005820B3" w14:paraId="61110CF8" w14:textId="77777777">
        <w:trPr>
          <w:jc w:val="center"/>
        </w:trPr>
        <w:tc>
          <w:tcPr>
            <w:tcW w:w="544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CC2B994" w14:textId="77777777" w:rsidR="005820B3" w:rsidRDefault="005820B3">
            <w:pPr>
              <w:spacing w:after="0"/>
            </w:pPr>
          </w:p>
        </w:tc>
        <w:tc>
          <w:tcPr>
            <w:tcW w:w="368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5562C92" w14:textId="77777777" w:rsidR="005820B3" w:rsidRDefault="005820B3">
            <w:pPr>
              <w:spacing w:after="0"/>
            </w:pPr>
          </w:p>
        </w:tc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5F8B3A7" w14:textId="77777777" w:rsidR="005820B3" w:rsidRDefault="005820B3">
            <w:pPr>
              <w:spacing w:after="0"/>
            </w:pPr>
          </w:p>
        </w:tc>
      </w:tr>
      <w:tr w:rsidR="005820B3" w14:paraId="02F79289" w14:textId="77777777">
        <w:trPr>
          <w:jc w:val="center"/>
        </w:trPr>
        <w:tc>
          <w:tcPr>
            <w:tcW w:w="544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62B774F" w14:textId="77777777" w:rsidR="005820B3" w:rsidRDefault="005820B3">
            <w:pPr>
              <w:spacing w:after="0"/>
            </w:pPr>
          </w:p>
        </w:tc>
        <w:tc>
          <w:tcPr>
            <w:tcW w:w="368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C8CFD26" w14:textId="77777777" w:rsidR="005820B3" w:rsidRDefault="005820B3">
            <w:pPr>
              <w:spacing w:after="0"/>
            </w:pPr>
          </w:p>
        </w:tc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7D8606A" w14:textId="77777777" w:rsidR="005820B3" w:rsidRDefault="005820B3">
            <w:pPr>
              <w:spacing w:after="0"/>
            </w:pPr>
          </w:p>
        </w:tc>
      </w:tr>
      <w:tr w:rsidR="005820B3" w14:paraId="5B29E543" w14:textId="77777777">
        <w:trPr>
          <w:jc w:val="center"/>
        </w:trPr>
        <w:tc>
          <w:tcPr>
            <w:tcW w:w="544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EBD44F1" w14:textId="77777777" w:rsidR="005820B3" w:rsidRDefault="005820B3">
            <w:pPr>
              <w:spacing w:after="0"/>
            </w:pPr>
          </w:p>
        </w:tc>
        <w:tc>
          <w:tcPr>
            <w:tcW w:w="368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E0AD413" w14:textId="77777777" w:rsidR="005820B3" w:rsidRDefault="005820B3">
            <w:pPr>
              <w:spacing w:after="0"/>
            </w:pPr>
          </w:p>
        </w:tc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076DDDB" w14:textId="77777777" w:rsidR="005820B3" w:rsidRDefault="005820B3">
            <w:pPr>
              <w:spacing w:after="0"/>
            </w:pPr>
          </w:p>
        </w:tc>
      </w:tr>
      <w:tr w:rsidR="005820B3" w14:paraId="03C2CF4F" w14:textId="77777777">
        <w:trPr>
          <w:jc w:val="center"/>
        </w:trPr>
        <w:tc>
          <w:tcPr>
            <w:tcW w:w="544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14D18D9" w14:textId="77777777" w:rsidR="005820B3" w:rsidRDefault="005820B3">
            <w:pPr>
              <w:spacing w:after="0"/>
            </w:pPr>
          </w:p>
        </w:tc>
        <w:tc>
          <w:tcPr>
            <w:tcW w:w="368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5BF310C" w14:textId="77777777" w:rsidR="005820B3" w:rsidRDefault="005820B3">
            <w:pPr>
              <w:spacing w:after="0"/>
            </w:pPr>
          </w:p>
        </w:tc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2C968B6" w14:textId="77777777" w:rsidR="005820B3" w:rsidRDefault="005820B3">
            <w:pPr>
              <w:spacing w:after="0"/>
            </w:pPr>
          </w:p>
        </w:tc>
      </w:tr>
      <w:tr w:rsidR="005820B3" w14:paraId="3AD99390" w14:textId="77777777">
        <w:trPr>
          <w:jc w:val="center"/>
        </w:trPr>
        <w:tc>
          <w:tcPr>
            <w:tcW w:w="544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397BE39" w14:textId="77777777" w:rsidR="005820B3" w:rsidRDefault="005820B3">
            <w:pPr>
              <w:spacing w:after="0"/>
            </w:pPr>
          </w:p>
        </w:tc>
        <w:tc>
          <w:tcPr>
            <w:tcW w:w="368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F698E34" w14:textId="77777777" w:rsidR="005820B3" w:rsidRDefault="005820B3">
            <w:pPr>
              <w:spacing w:after="0"/>
            </w:pPr>
          </w:p>
        </w:tc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F8134F6" w14:textId="77777777" w:rsidR="005820B3" w:rsidRDefault="005820B3">
            <w:pPr>
              <w:spacing w:after="0"/>
            </w:pPr>
          </w:p>
        </w:tc>
      </w:tr>
      <w:tr w:rsidR="005820B3" w14:paraId="0E788855" w14:textId="77777777">
        <w:trPr>
          <w:jc w:val="center"/>
        </w:trPr>
        <w:tc>
          <w:tcPr>
            <w:tcW w:w="544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7FEDF1E" w14:textId="77777777" w:rsidR="005820B3" w:rsidRDefault="005820B3">
            <w:pPr>
              <w:spacing w:after="0"/>
            </w:pPr>
          </w:p>
        </w:tc>
        <w:tc>
          <w:tcPr>
            <w:tcW w:w="368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7C259A4" w14:textId="77777777" w:rsidR="005820B3" w:rsidRDefault="005820B3">
            <w:pPr>
              <w:spacing w:after="0"/>
            </w:pPr>
          </w:p>
        </w:tc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5F5B6F5" w14:textId="77777777" w:rsidR="005820B3" w:rsidRDefault="005820B3">
            <w:pPr>
              <w:spacing w:after="0"/>
            </w:pPr>
          </w:p>
        </w:tc>
      </w:tr>
      <w:tr w:rsidR="005820B3" w14:paraId="37438961" w14:textId="77777777">
        <w:trPr>
          <w:jc w:val="center"/>
        </w:trPr>
        <w:tc>
          <w:tcPr>
            <w:tcW w:w="544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112E89D" w14:textId="77777777" w:rsidR="005820B3" w:rsidRDefault="005820B3">
            <w:pPr>
              <w:spacing w:after="0"/>
            </w:pPr>
          </w:p>
        </w:tc>
        <w:tc>
          <w:tcPr>
            <w:tcW w:w="368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D72B0AC" w14:textId="77777777" w:rsidR="005820B3" w:rsidRDefault="005820B3">
            <w:pPr>
              <w:spacing w:after="0"/>
            </w:pPr>
          </w:p>
        </w:tc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3F05D9A" w14:textId="77777777" w:rsidR="005820B3" w:rsidRDefault="005820B3">
            <w:pPr>
              <w:spacing w:after="0"/>
            </w:pPr>
          </w:p>
        </w:tc>
      </w:tr>
      <w:tr w:rsidR="005820B3" w14:paraId="62099655" w14:textId="77777777">
        <w:trPr>
          <w:jc w:val="center"/>
        </w:trPr>
        <w:tc>
          <w:tcPr>
            <w:tcW w:w="544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4FA1D10" w14:textId="77777777" w:rsidR="005820B3" w:rsidRDefault="005820B3">
            <w:pPr>
              <w:spacing w:after="0"/>
            </w:pPr>
          </w:p>
        </w:tc>
        <w:tc>
          <w:tcPr>
            <w:tcW w:w="368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A39CBF2" w14:textId="77777777" w:rsidR="005820B3" w:rsidRDefault="005820B3">
            <w:pPr>
              <w:spacing w:after="0"/>
            </w:pPr>
          </w:p>
        </w:tc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651FAA7" w14:textId="77777777" w:rsidR="005820B3" w:rsidRDefault="005820B3">
            <w:pPr>
              <w:spacing w:after="0"/>
            </w:pPr>
          </w:p>
        </w:tc>
      </w:tr>
      <w:tr w:rsidR="005820B3" w14:paraId="16150617" w14:textId="77777777">
        <w:trPr>
          <w:jc w:val="center"/>
        </w:trPr>
        <w:tc>
          <w:tcPr>
            <w:tcW w:w="544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D92787" w14:textId="77777777" w:rsidR="005820B3" w:rsidRDefault="005820B3">
            <w:pPr>
              <w:spacing w:after="0"/>
            </w:pPr>
          </w:p>
        </w:tc>
        <w:tc>
          <w:tcPr>
            <w:tcW w:w="368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9CE280E" w14:textId="77777777" w:rsidR="005820B3" w:rsidRDefault="005820B3">
            <w:pPr>
              <w:spacing w:after="0"/>
            </w:pPr>
          </w:p>
        </w:tc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4E37BE6" w14:textId="77777777" w:rsidR="005820B3" w:rsidRDefault="005820B3">
            <w:pPr>
              <w:spacing w:after="0"/>
            </w:pPr>
          </w:p>
        </w:tc>
      </w:tr>
    </w:tbl>
    <w:p w14:paraId="3F976A89" w14:textId="77777777" w:rsidR="005820B3" w:rsidRDefault="00000000">
      <w:pPr>
        <w:spacing w:before="80" w:after="40"/>
      </w:pPr>
      <w:r>
        <w:rPr>
          <w:b/>
          <w:color w:val="232323"/>
          <w:sz w:val="19"/>
        </w:rPr>
        <w:t>3  ZPŮSOB ZPĚTNÉHO ODESLÁNÍ</w:t>
      </w:r>
    </w:p>
    <w:tbl>
      <w:tblPr>
        <w:tblW w:w="0" w:type="auto"/>
        <w:jc w:val="center"/>
        <w:tblBorders>
          <w:top w:val="single" w:sz="5" w:space="0" w:color="D0D0D0"/>
          <w:left w:val="single" w:sz="5" w:space="0" w:color="D0D0D0"/>
          <w:bottom w:val="single" w:sz="5" w:space="0" w:color="D0D0D0"/>
          <w:right w:val="single" w:sz="5" w:space="0" w:color="D0D0D0"/>
          <w:insideH w:val="single" w:sz="5" w:space="0" w:color="D0D0D0"/>
          <w:insideV w:val="single" w:sz="5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0149"/>
      </w:tblGrid>
      <w:tr w:rsidR="005820B3" w14:paraId="49823433" w14:textId="77777777">
        <w:trPr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DEDCDE" w14:textId="77777777" w:rsidR="005820B3" w:rsidRDefault="00000000">
            <w:pPr>
              <w:spacing w:after="0"/>
            </w:pPr>
            <w:r>
              <w:rPr>
                <w:color w:val="303030"/>
                <w:sz w:val="20"/>
              </w:rPr>
              <w:t>☐</w:t>
            </w:r>
          </w:p>
        </w:tc>
        <w:tc>
          <w:tcPr>
            <w:tcW w:w="101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CBF4FC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Vlastní doprava – zboží odešlu na adresu Fajné Fuski.</w:t>
            </w:r>
          </w:p>
        </w:tc>
      </w:tr>
      <w:tr w:rsidR="005820B3" w14:paraId="4CEFB6D9" w14:textId="77777777">
        <w:trPr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195B66" w14:textId="77777777" w:rsidR="005820B3" w:rsidRDefault="00000000">
            <w:pPr>
              <w:spacing w:after="0"/>
            </w:pPr>
            <w:r>
              <w:rPr>
                <w:color w:val="303030"/>
                <w:sz w:val="20"/>
              </w:rPr>
              <w:t>☐</w:t>
            </w:r>
          </w:p>
        </w:tc>
        <w:tc>
          <w:tcPr>
            <w:tcW w:w="101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D42DDA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Zásilkovna – 90 Kč – zašlete mi vratkový kód. Zásilku odevzdám na výdejním místě Zásilkovny. Poplatek 90 Kč bude odečten z vracené částky.</w:t>
            </w:r>
          </w:p>
        </w:tc>
      </w:tr>
    </w:tbl>
    <w:p w14:paraId="23467495" w14:textId="77777777" w:rsidR="005820B3" w:rsidRDefault="00000000">
      <w:pPr>
        <w:spacing w:before="80" w:after="40"/>
      </w:pPr>
      <w:r>
        <w:rPr>
          <w:b/>
          <w:color w:val="232323"/>
          <w:sz w:val="19"/>
        </w:rPr>
        <w:t>4  PROHLÁŠENÍ A PODPIS</w:t>
      </w:r>
    </w:p>
    <w:tbl>
      <w:tblPr>
        <w:tblW w:w="0" w:type="auto"/>
        <w:jc w:val="center"/>
        <w:tblBorders>
          <w:top w:val="single" w:sz="5" w:space="0" w:color="D0D0D0"/>
          <w:left w:val="single" w:sz="5" w:space="0" w:color="D0D0D0"/>
          <w:bottom w:val="single" w:sz="5" w:space="0" w:color="D0D0D0"/>
          <w:right w:val="single" w:sz="5" w:space="0" w:color="D0D0D0"/>
          <w:insideH w:val="single" w:sz="5" w:space="0" w:color="D0D0D0"/>
          <w:insideV w:val="single" w:sz="5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4139"/>
        <w:gridCol w:w="1020"/>
        <w:gridCol w:w="4594"/>
      </w:tblGrid>
      <w:tr w:rsidR="005820B3" w14:paraId="6CD6BFBA" w14:textId="77777777">
        <w:trPr>
          <w:jc w:val="center"/>
        </w:trPr>
        <w:tc>
          <w:tcPr>
            <w:tcW w:w="10773" w:type="dxa"/>
            <w:gridSpan w:val="4"/>
            <w:shd w:val="clear" w:color="auto" w:fill="F6F6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F3321F" w14:textId="77777777" w:rsidR="005820B3" w:rsidRDefault="00000000">
            <w:pPr>
              <w:spacing w:after="0"/>
            </w:pPr>
            <w:r>
              <w:rPr>
                <w:color w:val="303030"/>
                <w:sz w:val="16"/>
              </w:rPr>
              <w:t>Tímto oznamuji, že odstupuji od kupní smlouvy uzavřené prostřednictvím e-shopu Fajné Fuski. Žádám o vrácení peněz původním způsobem platby.</w:t>
            </w:r>
          </w:p>
        </w:tc>
      </w:tr>
      <w:tr w:rsidR="005820B3" w14:paraId="369487D2" w14:textId="77777777">
        <w:tblPrEx>
          <w:tblBorders>
            <w:top w:val="single" w:sz="7" w:space="0" w:color="B0B0B0"/>
            <w:left w:val="single" w:sz="7" w:space="0" w:color="B0B0B0"/>
            <w:bottom w:val="single" w:sz="7" w:space="0" w:color="B0B0B0"/>
            <w:right w:val="single" w:sz="7" w:space="0" w:color="B0B0B0"/>
            <w:insideH w:val="single" w:sz="7" w:space="0" w:color="B0B0B0"/>
            <w:insideV w:val="single" w:sz="7" w:space="0" w:color="B0B0B0"/>
          </w:tblBorders>
        </w:tblPrEx>
        <w:trPr>
          <w:jc w:val="center"/>
        </w:trPr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863511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Datum</w:t>
            </w: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AE6F46" w14:textId="77777777" w:rsidR="005820B3" w:rsidRDefault="005820B3">
            <w:pPr>
              <w:spacing w:after="0"/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EF7658" w14:textId="77777777" w:rsidR="005820B3" w:rsidRDefault="00000000">
            <w:pPr>
              <w:spacing w:after="0"/>
            </w:pPr>
            <w:r>
              <w:rPr>
                <w:b/>
                <w:color w:val="303030"/>
                <w:sz w:val="16"/>
              </w:rPr>
              <w:t>Podpis</w:t>
            </w:r>
          </w:p>
        </w:tc>
        <w:tc>
          <w:tcPr>
            <w:tcW w:w="459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9BE45C" w14:textId="77777777" w:rsidR="005820B3" w:rsidRDefault="005820B3">
            <w:pPr>
              <w:spacing w:after="0"/>
            </w:pPr>
          </w:p>
        </w:tc>
      </w:tr>
    </w:tbl>
    <w:p w14:paraId="7B2B5A6D" w14:textId="77777777" w:rsidR="005820B3" w:rsidRDefault="005820B3">
      <w:pPr>
        <w:spacing w:after="0"/>
      </w:pPr>
    </w:p>
    <w:tbl>
      <w:tblPr>
        <w:tblW w:w="0" w:type="auto"/>
        <w:jc w:val="center"/>
        <w:tblBorders>
          <w:top w:val="single" w:sz="5" w:space="0" w:color="D0D0D0"/>
          <w:left w:val="single" w:sz="5" w:space="0" w:color="D0D0D0"/>
          <w:bottom w:val="single" w:sz="5" w:space="0" w:color="D0D0D0"/>
          <w:right w:val="single" w:sz="5" w:space="0" w:color="D0D0D0"/>
          <w:insideH w:val="single" w:sz="5" w:space="0" w:color="D0D0D0"/>
          <w:insideV w:val="single" w:sz="5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5820B3" w14:paraId="2D5A24DF" w14:textId="77777777">
        <w:trPr>
          <w:jc w:val="center"/>
        </w:trPr>
        <w:tc>
          <w:tcPr>
            <w:tcW w:w="10773" w:type="dxa"/>
            <w:shd w:val="clear" w:color="auto" w:fill="F6F6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391151" w14:textId="77777777" w:rsidR="005820B3" w:rsidRDefault="00000000">
            <w:pPr>
              <w:spacing w:after="0"/>
            </w:pPr>
            <w:r>
              <w:rPr>
                <w:color w:val="303030"/>
                <w:sz w:val="14"/>
              </w:rPr>
              <w:t>info@fajnefuski.cz  •  Adresa pro vrácení: VAJANA plus s.r.o. – Fajné Fuski, Nádražní 1110/44, 702 00 Moravská Ostrava</w:t>
            </w:r>
            <w:r>
              <w:rPr>
                <w:color w:val="303030"/>
                <w:sz w:val="14"/>
              </w:rPr>
              <w:br/>
              <w:t>Zásilky zaslané na dobírku nepřebíráme.</w:t>
            </w:r>
          </w:p>
        </w:tc>
      </w:tr>
    </w:tbl>
    <w:p w14:paraId="76454DAF" w14:textId="77777777" w:rsidR="005820B3" w:rsidRDefault="00000000">
      <w:pPr>
        <w:spacing w:before="40" w:after="0"/>
      </w:pPr>
      <w:r>
        <w:rPr>
          <w:color w:val="646464"/>
          <w:sz w:val="13"/>
        </w:rPr>
        <w:t>Formulář je pouze praktická pomůcka. Jeho použití není podmínkou pro uplatnění práva na odstoupení od smlouvy.</w:t>
      </w:r>
    </w:p>
    <w:sectPr w:rsidR="005820B3" w:rsidSect="00034616">
      <w:pgSz w:w="11906" w:h="16838"/>
      <w:pgMar w:top="510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3006364">
    <w:abstractNumId w:val="8"/>
  </w:num>
  <w:num w:numId="2" w16cid:durableId="748967757">
    <w:abstractNumId w:val="6"/>
  </w:num>
  <w:num w:numId="3" w16cid:durableId="400248686">
    <w:abstractNumId w:val="5"/>
  </w:num>
  <w:num w:numId="4" w16cid:durableId="494686037">
    <w:abstractNumId w:val="4"/>
  </w:num>
  <w:num w:numId="5" w16cid:durableId="1885949015">
    <w:abstractNumId w:val="7"/>
  </w:num>
  <w:num w:numId="6" w16cid:durableId="601687939">
    <w:abstractNumId w:val="3"/>
  </w:num>
  <w:num w:numId="7" w16cid:durableId="961762713">
    <w:abstractNumId w:val="2"/>
  </w:num>
  <w:num w:numId="8" w16cid:durableId="1181508021">
    <w:abstractNumId w:val="1"/>
  </w:num>
  <w:num w:numId="9" w16cid:durableId="23174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20B3"/>
    <w:rsid w:val="00AA1D8D"/>
    <w:rsid w:val="00B47730"/>
    <w:rsid w:val="00B568DF"/>
    <w:rsid w:val="00CB0664"/>
    <w:rsid w:val="00DB7C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8D5E3"/>
  <w14:defaultImageDpi w14:val="300"/>
  <w15:docId w15:val="{E72AD928-A4A2-4889-B61B-DE41A18E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/>
      <w:sz w:val="17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radomir gartner</cp:lastModifiedBy>
  <cp:revision>2</cp:revision>
  <dcterms:created xsi:type="dcterms:W3CDTF">2026-08-25T14:16:00Z</dcterms:created>
  <dcterms:modified xsi:type="dcterms:W3CDTF">2026-08-25T14:16:00Z</dcterms:modified>
  <cp:category/>
</cp:coreProperties>
</file>