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4A673F" w14:paraId="01487857" w14:textId="77777777">
        <w:trPr>
          <w:jc w:val="center"/>
        </w:trPr>
        <w:tc>
          <w:tcPr>
            <w:tcW w:w="10773" w:type="dxa"/>
            <w:shd w:val="clear" w:color="auto" w:fill="FFFFFF"/>
          </w:tcPr>
          <w:p w14:paraId="55C853EC" w14:textId="77777777" w:rsidR="004A673F" w:rsidRDefault="00000000">
            <w:pPr>
              <w:jc w:val="center"/>
            </w:pPr>
            <w:r>
              <w:rPr>
                <w:rFonts w:ascii="Arial" w:hAnsi="Arial"/>
                <w:b/>
                <w:color w:val="232323"/>
                <w:sz w:val="40"/>
              </w:rPr>
              <w:t>FAJNÉ FUSKI</w:t>
            </w:r>
          </w:p>
        </w:tc>
      </w:tr>
      <w:tr w:rsidR="004A673F" w14:paraId="51884632" w14:textId="77777777">
        <w:trPr>
          <w:jc w:val="center"/>
        </w:trPr>
        <w:tc>
          <w:tcPr>
            <w:tcW w:w="10773" w:type="dxa"/>
            <w:shd w:val="clear" w:color="auto" w:fill="FFFFFF"/>
          </w:tcPr>
          <w:p w14:paraId="543D5F92" w14:textId="77777777" w:rsidR="004A673F" w:rsidRDefault="00000000"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internetový obchod</w:t>
            </w:r>
          </w:p>
        </w:tc>
      </w:tr>
      <w:tr w:rsidR="004A673F" w14:paraId="519AF59C" w14:textId="77777777">
        <w:trPr>
          <w:jc w:val="center"/>
        </w:trPr>
        <w:tc>
          <w:tcPr>
            <w:tcW w:w="10773" w:type="dxa"/>
            <w:shd w:val="clear" w:color="auto" w:fill="FFFFFF"/>
          </w:tcPr>
          <w:p w14:paraId="73F9CF84" w14:textId="77777777" w:rsidR="004A673F" w:rsidRDefault="00000000">
            <w:pPr>
              <w:jc w:val="center"/>
            </w:pPr>
            <w:r>
              <w:rPr>
                <w:rFonts w:ascii="Arial" w:hAnsi="Arial"/>
                <w:b/>
                <w:color w:val="555555"/>
                <w:sz w:val="16"/>
              </w:rPr>
              <w:t>VAJANA plus s.r.o.  •  Nádražní 1110/44  •  702 00 Moravská Ostrava</w:t>
            </w:r>
          </w:p>
        </w:tc>
      </w:tr>
    </w:tbl>
    <w:p w14:paraId="40CD48D9" w14:textId="77777777" w:rsidR="004A673F" w:rsidRDefault="00000000">
      <w:pPr>
        <w:spacing w:before="40" w:after="80"/>
        <w:jc w:val="center"/>
      </w:pPr>
      <w:r>
        <w:rPr>
          <w:rFonts w:ascii="Arial" w:hAnsi="Arial"/>
          <w:b/>
          <w:color w:val="232323"/>
          <w:sz w:val="24"/>
        </w:rPr>
        <w:t>FORMULÁŘ PRO VÝMĚNU ZBOŽÍ</w:t>
      </w:r>
    </w:p>
    <w:tbl>
      <w:tblPr>
        <w:tblW w:w="0" w:type="auto"/>
        <w:jc w:val="center"/>
        <w:tblBorders>
          <w:top w:val="single" w:sz="5" w:space="0" w:color="D0D0D0"/>
          <w:left w:val="single" w:sz="5" w:space="0" w:color="D0D0D0"/>
          <w:bottom w:val="single" w:sz="5" w:space="0" w:color="D0D0D0"/>
          <w:right w:val="single" w:sz="5" w:space="0" w:color="D0D0D0"/>
          <w:insideH w:val="single" w:sz="5" w:space="0" w:color="D0D0D0"/>
          <w:insideV w:val="single" w:sz="5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4A673F" w14:paraId="5E9A9E44" w14:textId="77777777">
        <w:trPr>
          <w:jc w:val="center"/>
        </w:trPr>
        <w:tc>
          <w:tcPr>
            <w:tcW w:w="10773" w:type="dxa"/>
            <w:shd w:val="clear" w:color="auto" w:fill="F6F6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708B3E" w14:textId="77777777" w:rsidR="004A673F" w:rsidRDefault="00000000">
            <w:pPr>
              <w:spacing w:after="0"/>
            </w:pPr>
            <w:r>
              <w:rPr>
                <w:rFonts w:ascii="Arial" w:hAnsi="Arial"/>
                <w:color w:val="303030"/>
                <w:sz w:val="16"/>
              </w:rPr>
              <w:t>Vyplňte prosím základní údaje a formulář přiložte k zásilce. Pro rychlejší vyřízení doporučujeme předem napsat na info@fajnefuski.cz.</w:t>
            </w:r>
          </w:p>
        </w:tc>
      </w:tr>
    </w:tbl>
    <w:p w14:paraId="6CB68140" w14:textId="77777777" w:rsidR="004A673F" w:rsidRDefault="00000000">
      <w:pPr>
        <w:spacing w:before="80" w:after="40"/>
      </w:pPr>
      <w:r>
        <w:rPr>
          <w:rFonts w:ascii="Arial" w:hAnsi="Arial"/>
          <w:b/>
          <w:color w:val="232323"/>
          <w:sz w:val="19"/>
        </w:rPr>
        <w:t>1  ÚDAJE ZÁKAZNÍKA</w:t>
      </w:r>
    </w:p>
    <w:tbl>
      <w:tblPr>
        <w:tblW w:w="0" w:type="auto"/>
        <w:jc w:val="center"/>
        <w:tblBorders>
          <w:top w:val="single" w:sz="7" w:space="0" w:color="B0B0B0"/>
          <w:left w:val="single" w:sz="7" w:space="0" w:color="B0B0B0"/>
          <w:bottom w:val="single" w:sz="7" w:space="0" w:color="B0B0B0"/>
          <w:right w:val="single" w:sz="7" w:space="0" w:color="B0B0B0"/>
          <w:insideH w:val="single" w:sz="7" w:space="0" w:color="B0B0B0"/>
          <w:insideV w:val="single" w:sz="7" w:space="0" w:color="B0B0B0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3742"/>
        <w:gridCol w:w="1587"/>
        <w:gridCol w:w="3515"/>
      </w:tblGrid>
      <w:tr w:rsidR="004A673F" w14:paraId="5AC2D207" w14:textId="77777777">
        <w:trPr>
          <w:jc w:val="center"/>
        </w:trPr>
        <w:tc>
          <w:tcPr>
            <w:tcW w:w="19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895954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Číslo objednávky</w:t>
            </w:r>
          </w:p>
        </w:tc>
        <w:tc>
          <w:tcPr>
            <w:tcW w:w="374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34C6B5" w14:textId="77777777" w:rsidR="004A673F" w:rsidRDefault="004A673F">
            <w:pPr>
              <w:spacing w:after="0"/>
            </w:pPr>
          </w:p>
        </w:tc>
        <w:tc>
          <w:tcPr>
            <w:tcW w:w="158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B7C368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Datum objednávky</w:t>
            </w:r>
          </w:p>
        </w:tc>
        <w:tc>
          <w:tcPr>
            <w:tcW w:w="35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D0225B" w14:textId="77777777" w:rsidR="004A673F" w:rsidRDefault="004A673F">
            <w:pPr>
              <w:spacing w:after="0"/>
            </w:pPr>
          </w:p>
        </w:tc>
      </w:tr>
      <w:tr w:rsidR="004A673F" w14:paraId="0DEAD305" w14:textId="77777777">
        <w:trPr>
          <w:jc w:val="center"/>
        </w:trPr>
        <w:tc>
          <w:tcPr>
            <w:tcW w:w="19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002FA1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Jméno a příjmení</w:t>
            </w:r>
          </w:p>
        </w:tc>
        <w:tc>
          <w:tcPr>
            <w:tcW w:w="374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303291" w14:textId="77777777" w:rsidR="004A673F" w:rsidRDefault="004A673F">
            <w:pPr>
              <w:spacing w:after="0"/>
            </w:pPr>
          </w:p>
        </w:tc>
        <w:tc>
          <w:tcPr>
            <w:tcW w:w="158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10C0E9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E-mail</w:t>
            </w:r>
          </w:p>
        </w:tc>
        <w:tc>
          <w:tcPr>
            <w:tcW w:w="35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C59B7C" w14:textId="77777777" w:rsidR="004A673F" w:rsidRDefault="004A673F">
            <w:pPr>
              <w:spacing w:after="0"/>
            </w:pPr>
          </w:p>
        </w:tc>
      </w:tr>
    </w:tbl>
    <w:p w14:paraId="04AE1AAC" w14:textId="77777777" w:rsidR="004A673F" w:rsidRDefault="00000000">
      <w:pPr>
        <w:spacing w:before="80" w:after="40"/>
      </w:pPr>
      <w:r>
        <w:rPr>
          <w:rFonts w:ascii="Arial" w:hAnsi="Arial"/>
          <w:b/>
          <w:color w:val="232323"/>
          <w:sz w:val="19"/>
        </w:rPr>
        <w:t>2  ZBOŽÍ, KTERÉ VRACÍM K VÝMĚNĚ</w:t>
      </w:r>
    </w:p>
    <w:tbl>
      <w:tblPr>
        <w:tblW w:w="0" w:type="auto"/>
        <w:jc w:val="center"/>
        <w:tblBorders>
          <w:top w:val="single" w:sz="5" w:space="0" w:color="BDBDBD"/>
          <w:left w:val="single" w:sz="5" w:space="0" w:color="BDBDBD"/>
          <w:bottom w:val="single" w:sz="5" w:space="0" w:color="BDBDBD"/>
          <w:right w:val="single" w:sz="5" w:space="0" w:color="BDBDBD"/>
          <w:insideH w:val="single" w:sz="5" w:space="0" w:color="BDBDBD"/>
          <w:insideV w:val="single" w:sz="5" w:space="0" w:color="BDBDBD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2721"/>
        <w:gridCol w:w="907"/>
        <w:gridCol w:w="2438"/>
      </w:tblGrid>
      <w:tr w:rsidR="004A673F" w14:paraId="61D2AEF8" w14:textId="77777777">
        <w:trPr>
          <w:jc w:val="center"/>
        </w:trPr>
        <w:tc>
          <w:tcPr>
            <w:tcW w:w="4706" w:type="dxa"/>
            <w:shd w:val="clear" w:color="auto" w:fill="EFEFE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41E046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Název zboží</w:t>
            </w:r>
          </w:p>
        </w:tc>
        <w:tc>
          <w:tcPr>
            <w:tcW w:w="2721" w:type="dxa"/>
            <w:shd w:val="clear" w:color="auto" w:fill="EFEFE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45A237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Velikost / varianta</w:t>
            </w:r>
          </w:p>
        </w:tc>
        <w:tc>
          <w:tcPr>
            <w:tcW w:w="907" w:type="dxa"/>
            <w:shd w:val="clear" w:color="auto" w:fill="EFEFE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6CE814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Ks</w:t>
            </w:r>
          </w:p>
        </w:tc>
        <w:tc>
          <w:tcPr>
            <w:tcW w:w="2438" w:type="dxa"/>
            <w:shd w:val="clear" w:color="auto" w:fill="EFEFE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1027C7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Cena</w:t>
            </w:r>
          </w:p>
        </w:tc>
      </w:tr>
      <w:tr w:rsidR="004A673F" w14:paraId="088A01B5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8F4A57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23DB2D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9C1294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81B1AD" w14:textId="77777777" w:rsidR="004A673F" w:rsidRDefault="004A673F">
            <w:pPr>
              <w:spacing w:after="0"/>
            </w:pPr>
          </w:p>
        </w:tc>
      </w:tr>
      <w:tr w:rsidR="004A673F" w14:paraId="5D66B565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7037A6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13AC4E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C5ED60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3048D4" w14:textId="77777777" w:rsidR="004A673F" w:rsidRDefault="004A673F">
            <w:pPr>
              <w:spacing w:after="0"/>
            </w:pPr>
          </w:p>
        </w:tc>
      </w:tr>
      <w:tr w:rsidR="004A673F" w14:paraId="2E51FC8D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49CF5D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A4FD4C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9636A3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BABF85" w14:textId="77777777" w:rsidR="004A673F" w:rsidRDefault="004A673F">
            <w:pPr>
              <w:spacing w:after="0"/>
            </w:pPr>
          </w:p>
        </w:tc>
      </w:tr>
      <w:tr w:rsidR="004A673F" w14:paraId="2BD8B93B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527FA5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F7AF49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0C7542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FB5AD7" w14:textId="77777777" w:rsidR="004A673F" w:rsidRDefault="004A673F">
            <w:pPr>
              <w:spacing w:after="0"/>
            </w:pPr>
          </w:p>
        </w:tc>
      </w:tr>
      <w:tr w:rsidR="004A673F" w14:paraId="544BB46C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46DF15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E8E985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535256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8A5781" w14:textId="77777777" w:rsidR="004A673F" w:rsidRDefault="004A673F">
            <w:pPr>
              <w:spacing w:after="0"/>
            </w:pPr>
          </w:p>
        </w:tc>
      </w:tr>
      <w:tr w:rsidR="004A673F" w14:paraId="78D2111B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5574CA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6E5641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EFD29B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6F59BB" w14:textId="77777777" w:rsidR="004A673F" w:rsidRDefault="004A673F">
            <w:pPr>
              <w:spacing w:after="0"/>
            </w:pPr>
          </w:p>
        </w:tc>
      </w:tr>
    </w:tbl>
    <w:p w14:paraId="2DE71F29" w14:textId="77777777" w:rsidR="004A673F" w:rsidRDefault="00000000">
      <w:pPr>
        <w:spacing w:before="80" w:after="40"/>
      </w:pPr>
      <w:r>
        <w:rPr>
          <w:rFonts w:ascii="Arial" w:hAnsi="Arial"/>
          <w:b/>
          <w:color w:val="232323"/>
          <w:sz w:val="19"/>
        </w:rPr>
        <w:t>3  POŽADOVANÁ VÝMĚNA</w:t>
      </w:r>
    </w:p>
    <w:tbl>
      <w:tblPr>
        <w:tblW w:w="0" w:type="auto"/>
        <w:jc w:val="center"/>
        <w:tblBorders>
          <w:top w:val="single" w:sz="5" w:space="0" w:color="BDBDBD"/>
          <w:left w:val="single" w:sz="5" w:space="0" w:color="BDBDBD"/>
          <w:bottom w:val="single" w:sz="5" w:space="0" w:color="BDBDBD"/>
          <w:right w:val="single" w:sz="5" w:space="0" w:color="BDBDBD"/>
          <w:insideH w:val="single" w:sz="5" w:space="0" w:color="BDBDBD"/>
          <w:insideV w:val="single" w:sz="5" w:space="0" w:color="BDBDBD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2721"/>
        <w:gridCol w:w="907"/>
        <w:gridCol w:w="2438"/>
      </w:tblGrid>
      <w:tr w:rsidR="004A673F" w14:paraId="28C574CD" w14:textId="77777777">
        <w:trPr>
          <w:jc w:val="center"/>
        </w:trPr>
        <w:tc>
          <w:tcPr>
            <w:tcW w:w="4706" w:type="dxa"/>
            <w:shd w:val="clear" w:color="auto" w:fill="EFEFE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A34688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Název zboží</w:t>
            </w:r>
          </w:p>
        </w:tc>
        <w:tc>
          <w:tcPr>
            <w:tcW w:w="2721" w:type="dxa"/>
            <w:shd w:val="clear" w:color="auto" w:fill="EFEFE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D592B2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Požadovaná velikost / varianta</w:t>
            </w:r>
          </w:p>
        </w:tc>
        <w:tc>
          <w:tcPr>
            <w:tcW w:w="907" w:type="dxa"/>
            <w:shd w:val="clear" w:color="auto" w:fill="EFEFE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696E7C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Ks</w:t>
            </w:r>
          </w:p>
        </w:tc>
        <w:tc>
          <w:tcPr>
            <w:tcW w:w="2438" w:type="dxa"/>
            <w:shd w:val="clear" w:color="auto" w:fill="EFEFE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C07140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Cena / rozdíl</w:t>
            </w:r>
          </w:p>
        </w:tc>
      </w:tr>
      <w:tr w:rsidR="004A673F" w14:paraId="1DE42BE7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1E9A10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093D7E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88D0E8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C32EB9" w14:textId="77777777" w:rsidR="004A673F" w:rsidRDefault="004A673F">
            <w:pPr>
              <w:spacing w:after="0"/>
            </w:pPr>
          </w:p>
        </w:tc>
      </w:tr>
      <w:tr w:rsidR="004A673F" w14:paraId="5E1CD180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74F557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F4DBD5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A229F6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3082F6" w14:textId="77777777" w:rsidR="004A673F" w:rsidRDefault="004A673F">
            <w:pPr>
              <w:spacing w:after="0"/>
            </w:pPr>
          </w:p>
        </w:tc>
      </w:tr>
      <w:tr w:rsidR="004A673F" w14:paraId="7B78CC1A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9E0AA9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0BA772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23A724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CFEB0B" w14:textId="77777777" w:rsidR="004A673F" w:rsidRDefault="004A673F">
            <w:pPr>
              <w:spacing w:after="0"/>
            </w:pPr>
          </w:p>
        </w:tc>
      </w:tr>
      <w:tr w:rsidR="004A673F" w14:paraId="077E1284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3AE9BE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26183B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7C7317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580328" w14:textId="77777777" w:rsidR="004A673F" w:rsidRDefault="004A673F">
            <w:pPr>
              <w:spacing w:after="0"/>
            </w:pPr>
          </w:p>
        </w:tc>
      </w:tr>
      <w:tr w:rsidR="004A673F" w14:paraId="3DA6E713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990489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4FA030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C10F8E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7E8452" w14:textId="77777777" w:rsidR="004A673F" w:rsidRDefault="004A673F">
            <w:pPr>
              <w:spacing w:after="0"/>
            </w:pPr>
          </w:p>
        </w:tc>
      </w:tr>
      <w:tr w:rsidR="004A673F" w14:paraId="53FBB5AE" w14:textId="77777777">
        <w:trPr>
          <w:jc w:val="center"/>
        </w:trPr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FBA0F7" w14:textId="77777777" w:rsidR="004A673F" w:rsidRDefault="004A673F">
            <w:pPr>
              <w:spacing w:after="0"/>
            </w:pPr>
          </w:p>
        </w:tc>
        <w:tc>
          <w:tcPr>
            <w:tcW w:w="27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5AEE22" w14:textId="77777777" w:rsidR="004A673F" w:rsidRDefault="004A673F">
            <w:pPr>
              <w:spacing w:after="0"/>
            </w:pPr>
          </w:p>
        </w:tc>
        <w:tc>
          <w:tcPr>
            <w:tcW w:w="9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6E765A" w14:textId="77777777" w:rsidR="004A673F" w:rsidRDefault="004A673F">
            <w:pPr>
              <w:spacing w:after="0"/>
            </w:pPr>
          </w:p>
        </w:tc>
        <w:tc>
          <w:tcPr>
            <w:tcW w:w="243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BF3908" w14:textId="77777777" w:rsidR="004A673F" w:rsidRDefault="004A673F">
            <w:pPr>
              <w:spacing w:after="0"/>
            </w:pPr>
          </w:p>
        </w:tc>
      </w:tr>
    </w:tbl>
    <w:p w14:paraId="7A75C2E0" w14:textId="77777777" w:rsidR="004A673F" w:rsidRDefault="00000000">
      <w:pPr>
        <w:spacing w:before="80" w:after="40"/>
      </w:pPr>
      <w:r>
        <w:rPr>
          <w:rFonts w:ascii="Arial" w:hAnsi="Arial"/>
          <w:b/>
          <w:color w:val="232323"/>
          <w:sz w:val="19"/>
        </w:rPr>
        <w:t>4  ZPŮSOB ZPĚTNÉHO ODESLÁNÍ</w:t>
      </w:r>
    </w:p>
    <w:tbl>
      <w:tblPr>
        <w:tblW w:w="0" w:type="auto"/>
        <w:jc w:val="center"/>
        <w:tblBorders>
          <w:top w:val="single" w:sz="5" w:space="0" w:color="D0D0D0"/>
          <w:left w:val="single" w:sz="5" w:space="0" w:color="D0D0D0"/>
          <w:bottom w:val="single" w:sz="5" w:space="0" w:color="D0D0D0"/>
          <w:right w:val="single" w:sz="5" w:space="0" w:color="D0D0D0"/>
          <w:insideH w:val="single" w:sz="5" w:space="0" w:color="D0D0D0"/>
          <w:insideV w:val="single" w:sz="5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0149"/>
      </w:tblGrid>
      <w:tr w:rsidR="004A673F" w14:paraId="5009E239" w14:textId="77777777">
        <w:trPr>
          <w:jc w:val="center"/>
        </w:trPr>
        <w:tc>
          <w:tcPr>
            <w:tcW w:w="6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C21672" w14:textId="77777777" w:rsidR="004A673F" w:rsidRDefault="00000000">
            <w:pPr>
              <w:spacing w:after="0"/>
            </w:pPr>
            <w:r>
              <w:rPr>
                <w:rFonts w:ascii="Arial" w:hAnsi="Arial"/>
                <w:color w:val="303030"/>
                <w:sz w:val="20"/>
              </w:rPr>
              <w:t>☐</w:t>
            </w:r>
          </w:p>
        </w:tc>
        <w:tc>
          <w:tcPr>
            <w:tcW w:w="1014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E3CBB0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Vlastní doprava – zboží odešlu na adresu Fajné Fuski.</w:t>
            </w:r>
          </w:p>
        </w:tc>
      </w:tr>
      <w:tr w:rsidR="004A673F" w14:paraId="30054275" w14:textId="77777777">
        <w:trPr>
          <w:jc w:val="center"/>
        </w:trPr>
        <w:tc>
          <w:tcPr>
            <w:tcW w:w="6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3882E5" w14:textId="77777777" w:rsidR="004A673F" w:rsidRDefault="00000000">
            <w:pPr>
              <w:spacing w:after="0"/>
            </w:pPr>
            <w:r>
              <w:rPr>
                <w:rFonts w:ascii="Arial" w:hAnsi="Arial"/>
                <w:color w:val="303030"/>
                <w:sz w:val="20"/>
              </w:rPr>
              <w:t>☐</w:t>
            </w:r>
          </w:p>
        </w:tc>
        <w:tc>
          <w:tcPr>
            <w:tcW w:w="1014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024B07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Zásilkovna – 90 Kč. Před odesláním uhradím poplatek podle podkladů k platbě a následně mi zašlete vratkový kód.</w:t>
            </w:r>
          </w:p>
        </w:tc>
      </w:tr>
    </w:tbl>
    <w:p w14:paraId="54D34018" w14:textId="77777777" w:rsidR="004A673F" w:rsidRDefault="00000000">
      <w:pPr>
        <w:spacing w:before="80" w:after="40"/>
      </w:pPr>
      <w:r>
        <w:rPr>
          <w:rFonts w:ascii="Arial" w:hAnsi="Arial"/>
          <w:b/>
          <w:color w:val="232323"/>
          <w:sz w:val="19"/>
        </w:rPr>
        <w:t>5  PODPIS</w:t>
      </w:r>
    </w:p>
    <w:tbl>
      <w:tblPr>
        <w:tblW w:w="0" w:type="auto"/>
        <w:jc w:val="center"/>
        <w:tblBorders>
          <w:top w:val="single" w:sz="7" w:space="0" w:color="B0B0B0"/>
          <w:left w:val="single" w:sz="7" w:space="0" w:color="B0B0B0"/>
          <w:bottom w:val="single" w:sz="7" w:space="0" w:color="B0B0B0"/>
          <w:right w:val="single" w:sz="7" w:space="0" w:color="B0B0B0"/>
          <w:insideH w:val="single" w:sz="7" w:space="0" w:color="B0B0B0"/>
          <w:insideV w:val="single" w:sz="7" w:space="0" w:color="B0B0B0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4139"/>
        <w:gridCol w:w="1020"/>
        <w:gridCol w:w="4592"/>
      </w:tblGrid>
      <w:tr w:rsidR="004A673F" w14:paraId="1A108AE6" w14:textId="77777777">
        <w:trPr>
          <w:jc w:val="center"/>
        </w:trPr>
        <w:tc>
          <w:tcPr>
            <w:tcW w:w="10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4EBE65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Datum</w:t>
            </w:r>
          </w:p>
        </w:tc>
        <w:tc>
          <w:tcPr>
            <w:tcW w:w="413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EB1530" w14:textId="77777777" w:rsidR="004A673F" w:rsidRDefault="004A673F">
            <w:pPr>
              <w:spacing w:after="0"/>
            </w:pPr>
          </w:p>
        </w:tc>
        <w:tc>
          <w:tcPr>
            <w:tcW w:w="10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98ACDF" w14:textId="77777777" w:rsidR="004A673F" w:rsidRDefault="00000000">
            <w:pPr>
              <w:spacing w:after="0"/>
            </w:pPr>
            <w:r>
              <w:rPr>
                <w:rFonts w:ascii="Arial" w:hAnsi="Arial"/>
                <w:b/>
                <w:color w:val="303030"/>
                <w:sz w:val="16"/>
              </w:rPr>
              <w:t>Podpis</w:t>
            </w:r>
          </w:p>
        </w:tc>
        <w:tc>
          <w:tcPr>
            <w:tcW w:w="45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2CF06F" w14:textId="77777777" w:rsidR="004A673F" w:rsidRDefault="004A673F">
            <w:pPr>
              <w:spacing w:after="0"/>
            </w:pPr>
          </w:p>
        </w:tc>
      </w:tr>
    </w:tbl>
    <w:p w14:paraId="07AD525B" w14:textId="77777777" w:rsidR="004A673F" w:rsidRDefault="004A673F">
      <w:pPr>
        <w:spacing w:after="0"/>
      </w:pPr>
    </w:p>
    <w:tbl>
      <w:tblPr>
        <w:tblW w:w="0" w:type="auto"/>
        <w:jc w:val="center"/>
        <w:tblBorders>
          <w:top w:val="single" w:sz="5" w:space="0" w:color="D0D0D0"/>
          <w:left w:val="single" w:sz="5" w:space="0" w:color="D0D0D0"/>
          <w:bottom w:val="single" w:sz="5" w:space="0" w:color="D0D0D0"/>
          <w:right w:val="single" w:sz="5" w:space="0" w:color="D0D0D0"/>
          <w:insideH w:val="single" w:sz="5" w:space="0" w:color="D0D0D0"/>
          <w:insideV w:val="single" w:sz="5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4A673F" w14:paraId="05444E65" w14:textId="77777777">
        <w:trPr>
          <w:jc w:val="center"/>
        </w:trPr>
        <w:tc>
          <w:tcPr>
            <w:tcW w:w="10773" w:type="dxa"/>
            <w:shd w:val="clear" w:color="auto" w:fill="F6F6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3D1466" w14:textId="77777777" w:rsidR="004A673F" w:rsidRDefault="00000000">
            <w:pPr>
              <w:spacing w:after="0"/>
            </w:pPr>
            <w:r>
              <w:rPr>
                <w:rFonts w:ascii="Arial" w:hAnsi="Arial"/>
                <w:color w:val="303030"/>
                <w:sz w:val="14"/>
              </w:rPr>
              <w:t>info@fajnefuski.cz  •  Adresa pro vrácení: VAJANA plus s.r.o. – Fajné Fuski, Nádražní 1110/44, 702 00 Moravská Ostrava</w:t>
            </w:r>
            <w:r>
              <w:rPr>
                <w:rFonts w:ascii="Arial" w:hAnsi="Arial"/>
                <w:color w:val="303030"/>
                <w:sz w:val="14"/>
              </w:rPr>
              <w:br/>
              <w:t>Zásilky zaslané na dobírku nepřebíráme.</w:t>
            </w:r>
          </w:p>
        </w:tc>
      </w:tr>
    </w:tbl>
    <w:p w14:paraId="28803B28" w14:textId="77777777" w:rsidR="004A673F" w:rsidRDefault="00000000">
      <w:pPr>
        <w:spacing w:before="40" w:after="0"/>
      </w:pPr>
      <w:r>
        <w:rPr>
          <w:rFonts w:ascii="Arial" w:hAnsi="Arial"/>
          <w:color w:val="646464"/>
          <w:sz w:val="13"/>
        </w:rPr>
        <w:t>Poznámka: Při výměně přes Zásilkovnu činí poplatek 90 Kč. Před odesláním vám zašleme podklady k platbě; po úhradě zašleme vratkový kód.</w:t>
      </w:r>
    </w:p>
    <w:sectPr w:rsidR="004A673F" w:rsidSect="00034616">
      <w:pgSz w:w="11906" w:h="16838"/>
      <w:pgMar w:top="510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7196191">
    <w:abstractNumId w:val="8"/>
  </w:num>
  <w:num w:numId="2" w16cid:durableId="1603102549">
    <w:abstractNumId w:val="6"/>
  </w:num>
  <w:num w:numId="3" w16cid:durableId="26639648">
    <w:abstractNumId w:val="5"/>
  </w:num>
  <w:num w:numId="4" w16cid:durableId="1129739842">
    <w:abstractNumId w:val="4"/>
  </w:num>
  <w:num w:numId="5" w16cid:durableId="638189841">
    <w:abstractNumId w:val="7"/>
  </w:num>
  <w:num w:numId="6" w16cid:durableId="1732459456">
    <w:abstractNumId w:val="3"/>
  </w:num>
  <w:num w:numId="7" w16cid:durableId="1533035058">
    <w:abstractNumId w:val="2"/>
  </w:num>
  <w:num w:numId="8" w16cid:durableId="1109349523">
    <w:abstractNumId w:val="1"/>
  </w:num>
  <w:num w:numId="9" w16cid:durableId="65361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673F"/>
    <w:rsid w:val="00A045D5"/>
    <w:rsid w:val="00AA1D8D"/>
    <w:rsid w:val="00B47730"/>
    <w:rsid w:val="00CA1F3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C76757"/>
  <w14:defaultImageDpi w14:val="300"/>
  <w15:docId w15:val="{7E0FC099-2A73-42F9-9358-F841DBE1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radomir gartner</cp:lastModifiedBy>
  <cp:revision>2</cp:revision>
  <dcterms:created xsi:type="dcterms:W3CDTF">2026-08-25T14:19:00Z</dcterms:created>
  <dcterms:modified xsi:type="dcterms:W3CDTF">2026-08-25T14:19:00Z</dcterms:modified>
  <cp:category/>
</cp:coreProperties>
</file>